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sz w:val="19"/>
        </w:rPr>
        <w:t>FAKE FLOORING  /  FACTORY INFORMATION</w:t>
      </w:r>
    </w:p>
    <w:p>
      <w:pPr>
        <w:pStyle w:val="Title"/>
      </w:pPr>
      <w:r>
        <w:t>Quick Factory Profile</w:t>
      </w:r>
    </w:p>
    <w:p>
      <w:pPr>
        <w:pStyle w:val="Subtitle"/>
      </w:pPr>
      <w:r>
        <w:t>SPC and PVC flooring and panels</w:t>
      </w:r>
    </w:p>
    <w:p>
      <w:pPr>
        <w:spacing w:after="180"/>
      </w:pPr>
      <w:r>
        <w:rPr>
          <w:sz w:val="21"/>
        </w:rPr>
        <w:t>A quick first step to introduce your company and factory. Short answers are enough. We will follow up if more detail is needed.</w:t>
      </w:r>
    </w:p>
    <w:p>
      <w:pPr>
        <w:spacing w:after="180"/>
      </w:pPr>
      <w:r>
        <w:rPr>
          <w:sz w:val="19"/>
        </w:rPr>
        <w:t>Type in the grey fields. If a brochure answers a question, write See attached. Skip anything you do not know. Only share files you are authorized to provide.</w:t>
      </w:r>
    </w:p>
    <w:p>
      <w:pPr>
        <w:spacing w:after="280"/>
      </w:pPr>
      <w:r>
        <w:rPr>
          <w:b/>
          <w:sz w:val="21"/>
        </w:rPr>
        <w:t>Return the completed file and supporting documents to info@fakeflooring.com.</w:t>
      </w:r>
    </w:p>
    <w:p>
      <w:pPr>
        <w:pStyle w:val="Heading1"/>
      </w:pPr>
      <w:r>
        <w:t>Your factory at a glance</w:t>
      </w:r>
    </w:p>
    <w:p>
      <w:pPr>
        <w:spacing w:after="240"/>
      </w:pPr>
      <w:r>
        <w:rPr>
          <w:sz w:val="20"/>
        </w:rPr>
        <w:t>We review submissions before publication and label information supplied by manufacturers.</w:t>
      </w:r>
    </w:p>
    <w:p>
      <w:pPr>
        <w:keepNext/>
        <w:spacing w:after="60"/>
      </w:pPr>
      <w:r>
        <w:rPr>
          <w:b/>
          <w:sz w:val="21"/>
        </w:rPr>
        <w:t>1 Company or brand name and website</w:t>
      </w:r>
    </w:p>
    <w:p>
      <w:pPr>
        <w:spacing w:after="180"/>
      </w:pPr>
      <w:sdt>
        <w:sdtPr>
          <w:tag w:val="COMPANY"/>
          <w:alias w:val="COMPANY"/>
          <w:text w:multiLine="1"/>
        </w:sdtPr>
        <w:sdtContent>
          <w:r>
            <w:rPr>
              <w:color w:val="747474"/>
              <w:sz w:val="21"/>
            </w:rPr>
            <w:t>Click or type here</w:t>
          </w:r>
        </w:sdtContent>
      </w:sdt>
    </w:p>
    <w:p>
      <w:pPr>
        <w:keepNext/>
        <w:spacing w:after="60"/>
      </w:pPr>
      <w:r>
        <w:rPr>
          <w:b/>
          <w:sz w:val="21"/>
        </w:rPr>
        <w:t>2 Your name role and business contact</w:t>
      </w:r>
    </w:p>
    <w:p>
      <w:pPr>
        <w:keepNext/>
        <w:spacing w:after="80"/>
      </w:pPr>
      <w:r>
        <w:rPr>
          <w:color w:val="555555"/>
          <w:sz w:val="19"/>
        </w:rPr>
        <w:t>Email or WhatsApp, plus the date of this response.</w:t>
      </w:r>
    </w:p>
    <w:p>
      <w:pPr>
        <w:spacing w:after="180"/>
      </w:pPr>
      <w:sdt>
        <w:sdtPr>
          <w:tag w:val="CONTACT"/>
          <w:alias w:val="CONTACT"/>
          <w:text w:multiLine="1"/>
        </w:sdtPr>
        <w:sdtContent>
          <w:r>
            <w:rPr>
              <w:color w:val="747474"/>
              <w:sz w:val="21"/>
            </w:rPr>
            <w:t>Click or type here</w:t>
          </w:r>
        </w:sdtContent>
      </w:sdt>
    </w:p>
    <w:p>
      <w:pPr>
        <w:keepNext/>
        <w:spacing w:after="60"/>
      </w:pPr>
      <w:r>
        <w:rPr>
          <w:b/>
          <w:sz w:val="21"/>
        </w:rPr>
        <w:t>3 Factory location</w:t>
      </w:r>
    </w:p>
    <w:p>
      <w:pPr>
        <w:keepNext/>
        <w:spacing w:after="80"/>
      </w:pPr>
      <w:r>
        <w:rPr>
          <w:color w:val="555555"/>
          <w:sz w:val="19"/>
        </w:rPr>
        <w:t>Address or Google Maps link. For more sites, attach a list.</w:t>
      </w:r>
    </w:p>
    <w:p>
      <w:pPr>
        <w:spacing w:after="180"/>
      </w:pPr>
      <w:sdt>
        <w:sdtPr>
          <w:tag w:val="FACILITY"/>
          <w:alias w:val="FACILITY"/>
          <w:text w:multiLine="1"/>
        </w:sdtPr>
        <w:sdtContent>
          <w:r>
            <w:rPr>
              <w:color w:val="747474"/>
              <w:sz w:val="21"/>
            </w:rPr>
            <w:t>Click or type here</w:t>
          </w:r>
        </w:sdtContent>
      </w:sdt>
    </w:p>
    <w:p>
      <w:pPr>
        <w:keepNext/>
        <w:spacing w:after="60"/>
      </w:pPr>
      <w:r>
        <w:rPr>
          <w:b/>
          <w:sz w:val="21"/>
        </w:rPr>
        <w:t>4 Products made at this factory</w:t>
      </w:r>
    </w:p>
    <w:p>
      <w:pPr>
        <w:keepNext/>
        <w:spacing w:after="80"/>
      </w:pPr>
      <w:r>
        <w:rPr>
          <w:color w:val="555555"/>
          <w:sz w:val="19"/>
        </w:rPr>
        <w:t>SPC / LVT / WPC / PVC panels / other. Main thicknesses or a product matrix are welcome.</w:t>
      </w:r>
    </w:p>
    <w:p>
      <w:pPr>
        <w:spacing w:after="180"/>
      </w:pPr>
      <w:sdt>
        <w:sdtPr>
          <w:tag w:val="PRODUCTS"/>
          <w:alias w:val="PRODUCTS"/>
          <w:text w:multiLine="1"/>
        </w:sdtPr>
        <w:sdtContent>
          <w:r>
            <w:rPr>
              <w:color w:val="747474"/>
              <w:sz w:val="21"/>
            </w:rPr>
            <w:t>Click or type here</w:t>
          </w:r>
        </w:sdtContent>
      </w:sdt>
    </w:p>
    <w:p>
      <w:pPr>
        <w:keepNext/>
        <w:spacing w:after="60"/>
      </w:pPr>
      <w:r>
        <w:rPr>
          <w:b/>
          <w:sz w:val="21"/>
        </w:rPr>
        <w:t>5 Annual production capacity and number of employees</w:t>
      </w:r>
    </w:p>
    <w:p>
      <w:pPr>
        <w:keepNext/>
        <w:spacing w:after="80"/>
      </w:pPr>
      <w:r>
        <w:rPr>
          <w:color w:val="555555"/>
          <w:sz w:val="19"/>
        </w:rPr>
        <w:t>Optional. Figures for this site, in m²/year and headcount. Approximate values are fine.</w:t>
      </w:r>
    </w:p>
    <w:p>
      <w:pPr>
        <w:spacing w:after="180"/>
      </w:pPr>
      <w:sdt>
        <w:sdtPr>
          <w:tag w:val="CAPACITY"/>
          <w:alias w:val="CAPACITY"/>
          <w:text w:multiLine="1"/>
        </w:sdtPr>
        <w:sdtContent>
          <w:r>
            <w:rPr>
              <w:color w:val="747474"/>
              <w:sz w:val="21"/>
            </w:rPr>
            <w:t>Click or type here</w:t>
          </w:r>
        </w:sdtContent>
      </w:sdt>
    </w:p>
    <w:p>
      <w:pPr>
        <w:keepNext/>
        <w:spacing w:after="60"/>
      </w:pPr>
      <w:r>
        <w:rPr>
          <w:b/>
          <w:sz w:val="21"/>
        </w:rPr>
        <w:t>6 Certifications you hold</w:t>
      </w:r>
    </w:p>
    <w:p>
      <w:pPr>
        <w:keepNext/>
        <w:spacing w:after="80"/>
      </w:pPr>
      <w:r>
        <w:rPr>
          <w:color w:val="555555"/>
          <w:sz w:val="19"/>
        </w:rPr>
        <w:t>Names only for now. Attach existing certificate PDFs if convenient.</w:t>
      </w:r>
    </w:p>
    <w:p>
      <w:pPr>
        <w:spacing w:after="180"/>
      </w:pPr>
      <w:sdt>
        <w:sdtPr>
          <w:tag w:val="CERTIFICATIONS"/>
          <w:alias w:val="CERTIFICATIONS"/>
          <w:text w:multiLine="1"/>
        </w:sdtPr>
        <w:sdtContent>
          <w:r>
            <w:rPr>
              <w:color w:val="747474"/>
              <w:sz w:val="21"/>
            </w:rPr>
            <w:t>Click or type here</w:t>
          </w:r>
        </w:sdtContent>
      </w:sdt>
    </w:p>
    <w:p>
      <w:pPr>
        <w:keepNext/>
        <w:spacing w:after="60"/>
      </w:pPr>
      <w:r>
        <w:rPr>
          <w:b/>
          <w:sz w:val="21"/>
        </w:rPr>
        <w:t>7 Files you can share</w:t>
      </w:r>
    </w:p>
    <w:p>
      <w:pPr>
        <w:keepNext/>
        <w:spacing w:after="80"/>
      </w:pPr>
      <w:r>
        <w:rPr>
          <w:color w:val="555555"/>
          <w:sz w:val="19"/>
        </w:rPr>
        <w:t>Optional: brochure or catalogue, logo and 2–3 factory photos. List any attachments.</w:t>
      </w:r>
    </w:p>
    <w:p>
      <w:pPr>
        <w:spacing w:after="180"/>
      </w:pPr>
      <w:sdt>
        <w:sdtPr>
          <w:tag w:val="FILES"/>
          <w:alias w:val="FILES"/>
          <w:text w:multiLine="1"/>
        </w:sdtPr>
        <w:sdtContent>
          <w:r>
            <w:rPr>
              <w:color w:val="747474"/>
              <w:sz w:val="21"/>
            </w:rPr>
            <w:t>Click or type here</w:t>
          </w:r>
        </w:sdtContent>
      </w:sdt>
    </w:p>
    <w:p>
      <w:pPr>
        <w:keepNext/>
        <w:spacing w:after="60"/>
      </w:pPr>
      <w:r>
        <w:rPr>
          <w:b/>
          <w:sz w:val="21"/>
        </w:rPr>
        <w:t>8 What may we publish</w:t>
      </w:r>
    </w:p>
    <w:p>
      <w:pPr>
        <w:keepNext/>
        <w:spacing w:after="80"/>
      </w:pPr>
      <w:r>
        <w:rPr>
          <w:color w:val="555555"/>
          <w:sz w:val="19"/>
        </w:rPr>
        <w:t>Answer Yes or No separately for profile and supplied media, and for your business contact. Blank means internal review only.</w:t>
      </w:r>
    </w:p>
    <w:p>
      <w:pPr>
        <w:spacing w:after="180"/>
      </w:pPr>
      <w:sdt>
        <w:sdtPr>
          <w:tag w:val="PERMISSION"/>
          <w:alias w:val="PERMISSION"/>
          <w:text w:multiLine="1"/>
        </w:sdtPr>
        <w:sdtContent>
          <w:r>
            <w:rPr>
              <w:color w:val="747474"/>
              <w:sz w:val="21"/>
            </w:rPr>
            <w:t>Profile and media: Yes / No     Business contact: Yes / No</w:t>
          </w:r>
        </w:sdtContent>
      </w:sdt>
    </w:p>
    <w:sectPr w:rsidR="00FC693F" w:rsidRPr="0006063C" w:rsidSect="00034616">
      <w:footerReference w:type="default" r:id="rId9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66666"/>
        <w:sz w:val="18"/>
      </w:rPr>
      <w:t xml:space="preserve">Fake Flooring  |  Questionnaire 1.1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24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Quick Factory Profile</dc:title>
  <dc:subject>SPC and PVC flooring and panels</dc:subject>
  <dc:creator>Fake Flooring</dc:creator>
  <cp:keywords>Factory profile, questionnaire, SPC, PVC, production facility, evidence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